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Contoh Surat Resign Kerja: 12 Template</w:t>
      </w:r>
    </w:p>
    <w:p>
      <w:pPr>
        <w:spacing w:after="200"/>
      </w:pPr>
      <w:r>
        <w:rPr>
          <w:b w:val="0"/>
          <w:i/>
          <w:color w:val="555F6E"/>
        </w:rPr>
        <w:t>Template surat pengunduran diri yang baik dan sopan, diperbarui 23 Oktober 2026.</w:t>
      </w:r>
    </w:p>
    <w:p>
      <w:pPr>
        <w:spacing w:after="80"/>
      </w:pPr>
      <w:r>
        <w:rPr>
          <w:b/>
          <w:i w:val="0"/>
        </w:rPr>
        <w:t>Cara memakai:</w:t>
      </w:r>
    </w:p>
    <w:p>
      <w:pPr>
        <w:pStyle w:val="ListNumber"/>
        <w:spacing w:after="60"/>
      </w:pPr>
      <w:r>
        <w:t>Pilih contoh yang paling sesuai, hapus halaman lain.</w:t>
      </w:r>
    </w:p>
    <w:p>
      <w:pPr>
        <w:pStyle w:val="ListNumber"/>
        <w:spacing w:after="60"/>
      </w:pPr>
      <w:r>
        <w:t>Ganti semua teks dalam [kurung siku] dengan data Anda.</w:t>
      </w:r>
    </w:p>
    <w:p>
      <w:pPr>
        <w:pStyle w:val="ListNumber"/>
        <w:spacing w:after="60"/>
        <w:jc w:val="both"/>
      </w:pPr>
      <w:r>
        <w:t>Serahkan secara tertulis paling lambat 30 hari sebelum tanggal mulai pengunduran diri (PP 35/2021 Pasal 36 huruf i), dan tetap bekerja sampai tanggal itu.</w:t>
      </w:r>
    </w:p>
    <w:p>
      <w:pPr>
        <w:pStyle w:val="ListNumber"/>
        <w:spacing w:after="60"/>
      </w:pPr>
      <w:r>
        <w:t>Cetak dua rangkap: satu untuk perusahaan, satu salinan yang diparaf penerima untuk Anda. Untuk email, kirim sebagai PDF.</w:t>
      </w:r>
    </w:p>
    <w:p>
      <w:pPr>
        <w:pStyle w:val="ListNumber"/>
        <w:spacing w:after="60"/>
      </w:pPr>
      <w:r>
        <w:t>Contoh tanggal: surat 2 November 2026, hari kerja terakhir 1 Desember 2026, berlaku mulai 2 Desember 2026.</w:t>
      </w:r>
    </w:p>
    <w:p>
      <w:pPr>
        <w:spacing w:after="120"/>
      </w:pPr>
    </w:p>
    <w:p>
      <w:pPr>
        <w:spacing w:after="80"/>
      </w:pPr>
      <w:r>
        <w:rPr>
          <w:b/>
          <w:i w:val="0"/>
        </w:rPr>
        <w:t>Daftar template:</w:t>
      </w:r>
    </w:p>
    <w:p>
      <w:pPr>
        <w:spacing w:after="20"/>
      </w:pPr>
      <w:r>
        <w:t>1. Contoh surat resign formal (one month notice)</w:t>
      </w:r>
    </w:p>
    <w:p>
      <w:pPr>
        <w:spacing w:after="20"/>
      </w:pPr>
      <w:r>
        <w:t>2. Contoh surat resign singkat dan sederhana</w:t>
      </w:r>
    </w:p>
    <w:p>
      <w:pPr>
        <w:spacing w:after="20"/>
      </w:pPr>
      <w:r>
        <w:t>3. Contoh surat resign karena melanjutkan pendidikan</w:t>
      </w:r>
    </w:p>
    <w:p>
      <w:pPr>
        <w:spacing w:after="20"/>
      </w:pPr>
      <w:r>
        <w:t>4. Contoh surat resign karena alasan keluarga atau pindah domisili</w:t>
      </w:r>
    </w:p>
    <w:p>
      <w:pPr>
        <w:spacing w:after="20"/>
      </w:pPr>
      <w:r>
        <w:t>5. Contoh surat resign karena pindah kerja (pengembangan karier)</w:t>
      </w:r>
    </w:p>
    <w:p>
      <w:pPr>
        <w:spacing w:after="20"/>
      </w:pPr>
      <w:r>
        <w:t>6. Contoh surat resign karena alasan kesehatan</w:t>
      </w:r>
    </w:p>
    <w:p>
      <w:pPr>
        <w:spacing w:after="20"/>
      </w:pPr>
      <w:r>
        <w:t>7. Contoh surat resign karyawan kontrak (PKWT) sebelum kontrak berakhir</w:t>
      </w:r>
    </w:p>
    <w:p>
      <w:pPr>
        <w:spacing w:after="20"/>
      </w:pPr>
      <w:r>
        <w:t>8. Contoh surat resign mendadak (kurang dari 30 hari)</w:t>
      </w:r>
    </w:p>
    <w:p>
      <w:pPr>
        <w:spacing w:after="20"/>
      </w:pPr>
      <w:r>
        <w:t>9. Contoh surat resign karyawan pabrik atau operator</w:t>
      </w:r>
    </w:p>
    <w:p>
      <w:pPr>
        <w:spacing w:after="20"/>
      </w:pPr>
      <w:r>
        <w:t>10. Contoh email resign</w:t>
      </w:r>
    </w:p>
    <w:p>
      <w:pPr>
        <w:spacing w:after="20"/>
      </w:pPr>
      <w:r>
        <w:t>11. Contoh pesan WhatsApp sebelum menyerahkan surat resign</w:t>
      </w:r>
    </w:p>
    <w:p>
      <w:pPr>
        <w:spacing w:after="20"/>
      </w:pPr>
      <w:r>
        <w:t>12. Contoh surat resign bahasa Inggris (resignation letter)</w:t>
      </w:r>
    </w:p>
    <w:p>
      <w:pPr>
        <w:spacing w:after="120"/>
      </w:pPr>
    </w:p>
    <w:p>
      <w:pPr>
        <w:spacing w:after="80"/>
      </w:pPr>
      <w:r>
        <w:rPr>
          <w:b w:val="0"/>
          <w:i w:val="0"/>
          <w:color w:val="555F6E"/>
          <w:sz w:val="20"/>
        </w:rPr>
        <w:t>Penjelasan lengkap (aturan 30 hari, hak karyawan yang resign, JHT, dan checklist): https://blog.payrollbozz.com/ - cari "contoh surat resign".</w:t>
      </w:r>
    </w:p>
    <w:p>
      <w:pPr>
        <w:spacing w:after="0"/>
      </w:pPr>
      <w:r>
        <w:rPr>
          <w:b w:val="0"/>
          <w:i/>
          <w:color w:val="555F6E"/>
          <w:sz w:val="19"/>
        </w:rPr>
        <w:t>Template ini adalah panduan umum, bukan nasihat hukum. Sesuaikan dengan perjanjian kerja, peraturan perusahaan, atau PKB Anda.</w:t>
      </w:r>
    </w:p>
    <w:p>
      <w:r>
        <w:br w:type="page"/>
      </w:r>
    </w:p>
    <w:p>
      <w:pPr>
        <w:pStyle w:val="Heading2"/>
      </w:pPr>
      <w:r>
        <w:t>1. Contoh surat resign formal (one month notice)</w:t>
      </w:r>
    </w:p>
    <w:p>
      <w:pPr>
        <w:spacing w:after="240"/>
      </w:pPr>
      <w:r>
        <w:rPr>
          <w:b w:val="0"/>
          <w:i/>
          <w:color w:val="555F6E"/>
          <w:sz w:val="20"/>
        </w:rPr>
        <w:t>Format standar yang paling aman untuk hampir semua perusahaan: memenuhi syarat tertulis dan pemberitahuan 30 hari.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Melalui surat ini, saya yang bertanda tangan di bawah ini, [Nama Lengkap], [Jabatan] di Divisi [Nama Divisi], bermaksud mengajukan pengunduran diri dari [Nama Perusahaan]. Hari kerja terakhir saya adalah Selasa, 1 Desember 2026, sehingga pengunduran diri berlaku mulai 2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Surat ini saya sampaikan 30 hari sebelumnya sesuai ketentuan yang berlaku. Sampai hari terakhir, saya akan tetap menjalankan tugas seperti biasa dan menyelesaikan serah terima pekerjaan kepada rekan yang ditunjuk.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Terima kasih atas kesempatan, bimbingan, dan kepercayaan yang diberikan selama saya bekerja di [Nama Perusahaan]. Pengalaman ini sangat berarti bagi perkembangan saya.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 mohon maaf apabila selama bekerja ada kesalahan yang saya lakukan. Semoga [Nama Perusahaan] terus berkembang dan sukses.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2. Contoh surat resign singkat dan sederhana</w:t>
      </w:r>
    </w:p>
    <w:p>
      <w:pPr>
        <w:spacing w:after="240"/>
      </w:pPr>
      <w:r>
        <w:rPr>
          <w:b w:val="0"/>
          <w:i/>
          <w:color w:val="555F6E"/>
          <w:sz w:val="20"/>
        </w:rPr>
        <w:t>Cocok untuk perusahaan kecil atau bila Anda sudah membicarakan rencana resign secara lisan dengan atasan.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Dengan surat ini saya, [Nama Lengkap], [Jabatan], mengajukan pengunduran diri dari [Nama Perusahaan] terhitung mulai 2 Desember 2026. Hari kerja terakhir saya 1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Terima kasih atas kesempatan bekerja dan belajar selama ini. Saya akan membantu proses serah terima agar pekerjaan tetap berjalan lancar.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3. Contoh surat resign karena melanjutkan pendidikan</w:t>
      </w:r>
    </w:p>
    <w:p>
      <w:pPr>
        <w:spacing w:after="240"/>
      </w:pPr>
      <w:r>
        <w:rPr>
          <w:b w:val="0"/>
          <w:i/>
          <w:color w:val="555F6E"/>
          <w:sz w:val="20"/>
        </w:rPr>
        <w:t>Untuk Anda yang berhenti karena kuliah S1/S2, beasiswa, atau pendidikan profesi.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 karena Melanjutkan Pendidikan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Saya, [Nama Lengkap], [Jabatan] di [Nama Perusahaan], dengan ini mengajukan pengunduran diri karena akan melanjutkan pendidikan [jenjang/program] di [nama kampus] yang dimulai pada [bulan dan tahun]. Hari kerja terakhir saya adalah 1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Keputusan ini tidak mudah, karena saya banyak belajar selama [masa kerja] bekerja di sini. Saya akan menyelesaikan tanggung jawab yang masih berjalan dan menyiapkan catatan serah terima selengkapnya.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Terima kasih atas dukungan Bapak/Ibu dan seluruh tim. Semoga di kemudian hari kita dapat bekerja sama kembali.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4. Contoh surat resign karena alasan keluarga atau pindah domisili</w:t>
      </w:r>
    </w:p>
    <w:p>
      <w:pPr>
        <w:spacing w:after="240"/>
      </w:pPr>
      <w:r>
        <w:rPr>
          <w:b w:val="0"/>
          <w:i/>
          <w:color w:val="555F6E"/>
          <w:sz w:val="20"/>
        </w:rPr>
        <w:t>Alasan pribadi cukup ditulis singkat dan sopan. Anda tidak wajib menjelaskan detailnya.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Bersama surat ini saya, [Nama Lengkap], [Jabatan], mengajukan pengunduran diri dari [Nama Perusahaan] karena alasan keluarga yang mengharuskan saya pindah domisili ke [kota tujuan]. Pengunduran diri ini berlaku mulai 2 Desember 2026, dengan hari kerja terakhir 1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 berterima kasih atas pengertian dan kesempatan yang diberikan selama ini. Sebelum hari terakhir, saya akan memastikan seluruh pekerjaan dan dokumen telah diserahterimakan dengan baik.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5. Contoh surat resign karena pindah kerja (pengembangan karier)</w:t>
      </w:r>
    </w:p>
    <w:p>
      <w:pPr>
        <w:spacing w:after="240"/>
      </w:pPr>
      <w:r>
        <w:rPr>
          <w:b w:val="0"/>
          <w:i/>
          <w:color w:val="555F6E"/>
          <w:sz w:val="20"/>
        </w:rPr>
        <w:t>Tidak perlu menyebut nama perusahaan baru atau gaji yang ditawarkan.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Saya, [Nama Lengkap], [Jabatan] di Divisi [Nama Divisi], dengan ini mengajukan pengunduran diri dari [Nama Perusahaan] terhitung mulai 2 Desember 2026. Keputusan ini saya ambil untuk mengembangkan karier di bidang [bidang].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Selama 30 hari ke depan saya tetap bekerja penuh, menyelesaikan proyek [nama proyek], dan menyiapkan dokumen serah terima untuk pengganti saya.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Terima kasih atas bimbingan dan kepercayaan Bapak/Ibu selama [masa kerja]. Saya berharap hubungan baik ini tetap terjaga.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6. Contoh surat resign karena alasan kesehatan</w:t>
      </w:r>
    </w:p>
    <w:p>
      <w:pPr>
        <w:spacing w:after="240"/>
      </w:pPr>
      <w:r>
        <w:rPr>
          <w:b w:val="0"/>
          <w:i/>
          <w:color w:val="555F6E"/>
          <w:sz w:val="20"/>
        </w:rPr>
        <w:t>Sebelum memakai template ini, tanyakan ke HRD apakah ada opsi cuti sakit, kerja dari rumah, atau pindah tugas.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Saya, [Nama Lengkap], [Jabatan], dengan berat hati mengajukan pengunduran diri dari [Nama Perusahaan] karena kondisi kesehatan yang memerlukan perawatan dan istirahat dalam waktu yang cukup lama. Pengunduran diri ini berlaku mulai 2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Sampai hari kerja terakhir pada 1 Desember 2026, saya akan berusaha menyelesaikan tugas yang masih berjalan dan membantu proses serah terima semampu saya.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Terima kasih atas perhatian dan pengertian Bapak/Ibu serta rekan-rekan selama ini.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7. Contoh surat resign karyawan kontrak (PKWT) sebelum kontrak berakhir</w:t>
      </w:r>
    </w:p>
    <w:p>
      <w:pPr>
        <w:spacing w:after="240"/>
        <w:jc w:val="both"/>
      </w:pPr>
      <w:r>
        <w:rPr>
          <w:b w:val="0"/>
          <w:i/>
          <w:color w:val="555F6E"/>
          <w:sz w:val="20"/>
        </w:rPr>
        <w:t>Baca dulu klausul pengakhiran di PKWT Anda: resign sebelum kontrak habis bisa menimbulkan kewajiban ganti rugi (UU 13/2003 Pasal 62).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 sebelum Berakhirnya PKWT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Saya, [Nama Lengkap], [Jabatan], pekerja dengan Perjanjian Kerja Waktu Tertentu Nomor [nomor PKWT] yang berlaku sampai [tanggal akhir kontrak], dengan ini mengajukan pengunduran diri terhitung mulai 2 Desember 2026, sebelum jangka waktu perjanjian kerja berakhir.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 memahami ketentuan dalam perjanjian kerja dan peraturan yang berlaku mengenai pengakhiran PKWT sebelum waktunya. Saya mohon kesediaan Bapak/Ibu untuk membicarakan penyelesaian hak dan kewajiban kedua belah pihak, termasuk uang kompensasi untuk masa kerja yang telah saya jalani.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Sampai 1 Desember 2026 saya tetap bekerja seperti biasa dan siap membantu serah terima pekerjaan. Terima kasih atas kesempatan yang diberikan selama masa kontrak.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8. Contoh surat resign mendadak (kurang dari 30 hari)</w:t>
      </w:r>
    </w:p>
    <w:p>
      <w:pPr>
        <w:spacing w:after="240"/>
        <w:jc w:val="both"/>
      </w:pPr>
      <w:r>
        <w:rPr>
          <w:b w:val="0"/>
          <w:i/>
          <w:color w:val="555F6E"/>
          <w:sz w:val="20"/>
        </w:rPr>
        <w:t>Untuk keadaan mendesak. Isinya permohonan, bukan pemberitahuan sepihak: Anda meminta persetujuan perusahaan atas tanggal yang lebih cepat.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Permohonan Pengunduran Diri dengan Masa Pemberitahuan Kurang dari 30 Hari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Saya, [Nama Lengkap], [Jabatan], mengajukan permohonan pengunduran diri dari [Nama Perusahaan] dengan hari kerja terakhir pada [tanggal], yaitu kurang dari 30 hari sejak surat ini saya sampaikan. Permohonan ini terpaksa saya ajukan karena [alasan singkat, misalnya kondisi keluarga yang mendesak].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Saya menyadari bahwa ketentuan pemberitahuan adalah 30 hari. Karena itu, saya mohon kebijakan Bapak/Ibu untuk menyetujui tanggal tersebut. Saya siap menyelesaikan serah terima secepatnya, membuat catatan pekerjaan yang lengkap, dan tetap dapat dihubungi bila ada hal yang perlu ditanyakan setelah saya berhenti.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Apabila diperlukan, saya bersedia membicarakan penyesuaian hak dan kewajiban yang timbul akibat tanggal tersebut. Terima kasih atas pengertian Bapak/Ibu.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Divisi], NIK [Nomor Induk Karyawan]</w:t>
      </w:r>
    </w:p>
    <w:p>
      <w:r>
        <w:br w:type="page"/>
      </w:r>
    </w:p>
    <w:p>
      <w:pPr>
        <w:pStyle w:val="Heading2"/>
      </w:pPr>
      <w:r>
        <w:t>9. Contoh surat resign karyawan pabrik atau operator</w:t>
      </w:r>
    </w:p>
    <w:p>
      <w:pPr>
        <w:spacing w:after="240"/>
      </w:pPr>
      <w:r>
        <w:rPr>
          <w:b w:val="0"/>
          <w:i/>
          <w:color w:val="555F6E"/>
          <w:sz w:val="20"/>
        </w:rPr>
        <w:t>Bahasa sederhana, dengan data yang biasa diminta bagian personalia pabrik: NIK, bagian, line, dan shift.</w:t>
      </w:r>
    </w:p>
    <w:p>
      <w:pPr>
        <w:spacing w:after="0"/>
      </w:pPr>
      <w:r>
        <w:rPr>
          <w:b w:val="0"/>
          <w:i w:val="0"/>
        </w:rPr>
        <w:t>[Kota],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Kepada Yth.</w:t>
      </w:r>
    </w:p>
    <w:p>
      <w:pPr>
        <w:spacing w:after="0"/>
      </w:pPr>
      <w:r>
        <w:rPr>
          <w:b w:val="0"/>
          <w:i w:val="0"/>
        </w:rPr>
        <w:t>[Nama Atasan / Manajer HRD]</w:t>
      </w:r>
    </w:p>
    <w:p>
      <w:pPr>
        <w:spacing w:after="0"/>
      </w:pPr>
      <w:r>
        <w:rPr>
          <w:b w:val="0"/>
          <w:i w:val="0"/>
        </w:rPr>
        <w:t>[Jabatan]</w:t>
      </w:r>
    </w:p>
    <w:p>
      <w:pPr>
        <w:spacing w:after="0"/>
      </w:pPr>
      <w:r>
        <w:rPr>
          <w:b w:val="0"/>
          <w:i w:val="0"/>
        </w:rPr>
        <w:t>[Nama Perusahaan]</w:t>
      </w:r>
    </w:p>
    <w:p>
      <w:pPr>
        <w:spacing w:after="0"/>
      </w:pPr>
      <w:r>
        <w:rPr>
          <w:b w:val="0"/>
          <w:i w:val="0"/>
        </w:rPr>
        <w:t>[Alamat Perusahaan]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Perihal: Pengunduran Diri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Dengan hormat,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Yang bertanda tangan di bawah ini:</w:t>
      </w:r>
    </w:p>
    <w:p>
      <w:pPr>
        <w:spacing w:after="0"/>
      </w:pPr>
      <w:r>
        <w:rPr>
          <w:b w:val="0"/>
          <w:i w:val="0"/>
        </w:rPr>
        <w:t>Nama: [Nama Lengkap]</w:t>
      </w:r>
    </w:p>
    <w:p>
      <w:pPr>
        <w:spacing w:after="0"/>
      </w:pPr>
      <w:r>
        <w:rPr>
          <w:b w:val="0"/>
          <w:i w:val="0"/>
        </w:rPr>
        <w:t>NIK karyawan: [Nomor Induk Karyawan]</w:t>
      </w:r>
    </w:p>
    <w:p>
      <w:pPr>
        <w:spacing w:after="0"/>
      </w:pPr>
      <w:r>
        <w:rPr>
          <w:b w:val="0"/>
          <w:i w:val="0"/>
        </w:rPr>
        <w:t>Bagian / line: [Bagian], [Line]</w:t>
      </w:r>
    </w:p>
    <w:p>
      <w:pPr>
        <w:spacing w:after="0"/>
      </w:pPr>
      <w:r>
        <w:rPr>
          <w:b w:val="0"/>
          <w:i w:val="0"/>
        </w:rPr>
        <w:t>Shift: [Shift]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dengan ini mengajukan pengunduran diri sebagai karyawan [Nama Perusahaan] terhitung mulai 2 Desember 2026. Saya tetap masuk kerja sesuai jadwal sampai 1 Desember 2026 dan akan mengembalikan seragam, ID card, APD, dan barang inventaris lain kepada atasan atau bagian personalia.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Terima kasih kepada pimpinan dan rekan-rekan kerja atas bimbingan dan kerja samanya selama ini.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Hormat saya,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[Tanda tangan]</w:t>
      </w:r>
    </w:p>
    <w:p>
      <w:pPr>
        <w:spacing w:after="0"/>
      </w:pPr>
      <w:r>
        <w:rPr>
          <w:b w:val="0"/>
          <w:i w:val="0"/>
        </w:rPr>
        <w:t>[Nama Lengkap]</w:t>
      </w:r>
    </w:p>
    <w:p>
      <w:r>
        <w:br w:type="page"/>
      </w:r>
    </w:p>
    <w:p>
      <w:pPr>
        <w:pStyle w:val="Heading2"/>
      </w:pPr>
      <w:r>
        <w:t>10. Contoh email resign</w:t>
      </w:r>
    </w:p>
    <w:p>
      <w:pPr>
        <w:spacing w:after="240"/>
        <w:jc w:val="both"/>
      </w:pPr>
      <w:r>
        <w:rPr>
          <w:b w:val="0"/>
          <w:i/>
          <w:color w:val="555F6E"/>
          <w:sz w:val="20"/>
        </w:rPr>
        <w:t>Pakai email bila perusahaan menerima pengunduran diri secara elektronik, atau untuk mengirim lampiran surat resign yang sudah ditandatangani.</w:t>
      </w:r>
    </w:p>
    <w:p>
      <w:pPr>
        <w:spacing w:after="0"/>
      </w:pPr>
      <w:r>
        <w:rPr>
          <w:b w:val="0"/>
          <w:i w:val="0"/>
        </w:rPr>
        <w:t>Kepada: [email atasan]</w:t>
      </w:r>
    </w:p>
    <w:p>
      <w:pPr>
        <w:spacing w:after="0"/>
      </w:pPr>
      <w:r>
        <w:rPr>
          <w:b w:val="0"/>
          <w:i w:val="0"/>
        </w:rPr>
        <w:t>Cc: [email HRD]</w:t>
      </w:r>
    </w:p>
    <w:p>
      <w:pPr>
        <w:spacing w:after="0"/>
      </w:pPr>
      <w:r>
        <w:rPr>
          <w:b/>
          <w:i w:val="0"/>
        </w:rPr>
        <w:t>Subjek: Pengunduran Diri - [Nama Lengkap], [Jabatan]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Yth. Bapak/Ibu [Nama Atasan],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Melalui email ini saya ingin menyampaikan pengunduran diri saya dari posisi [Jabatan] di [Nama Perusahaan]. Hari kerja terakhir saya adalah Selasa, 1 Desember 2026.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Surat pengunduran diri resmi yang sudah saya tanda tangani terlampir. Sampai hari terakhir, saya akan menyelesaikan pekerjaan yang masih berjalan dan menyiapkan serah terima kepada rekan yang ditunjuk.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Terima kasih atas kesempatan dan bimbingan yang Bapak/Ibu berikan selama ini. Mohon informasi apabila ada dokumen atau proses lain yang perlu saya selesaikan.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Salam hormat,</w:t>
      </w:r>
    </w:p>
    <w:p>
      <w:pPr>
        <w:spacing w:after="0"/>
      </w:pPr>
      <w:r>
        <w:rPr>
          <w:b w:val="0"/>
          <w:i w:val="0"/>
        </w:rPr>
        <w:t>[Nama Lengkap]</w:t>
      </w:r>
    </w:p>
    <w:p>
      <w:pPr>
        <w:spacing w:after="0"/>
      </w:pPr>
      <w:r>
        <w:rPr>
          <w:b w:val="0"/>
          <w:i w:val="0"/>
        </w:rPr>
        <w:t>[Jabatan / Divisi]</w:t>
      </w:r>
    </w:p>
    <w:p>
      <w:pPr>
        <w:spacing w:after="0"/>
      </w:pPr>
      <w:r>
        <w:rPr>
          <w:b w:val="0"/>
          <w:i w:val="0"/>
        </w:rPr>
        <w:t>[Nomor HP]</w:t>
      </w:r>
    </w:p>
    <w:p>
      <w:r>
        <w:br w:type="page"/>
      </w:r>
    </w:p>
    <w:p>
      <w:pPr>
        <w:pStyle w:val="Heading2"/>
      </w:pPr>
      <w:r>
        <w:t>11. Contoh pesan WhatsApp sebelum menyerahkan surat resign</w:t>
      </w:r>
    </w:p>
    <w:p>
      <w:pPr>
        <w:spacing w:after="240"/>
        <w:jc w:val="both"/>
      </w:pPr>
      <w:r>
        <w:rPr>
          <w:b w:val="0"/>
          <w:i/>
          <w:color w:val="555F6E"/>
          <w:sz w:val="20"/>
        </w:rPr>
        <w:t>WhatsApp sebaiknya hanya untuk membuka pembicaraan. Syarat di PP 35/2021 adalah permohonan tertulis, jadi tetap serahkan surat atau email resmi.</w:t>
      </w:r>
    </w:p>
    <w:p>
      <w:pPr>
        <w:spacing w:after="0"/>
        <w:jc w:val="both"/>
      </w:pPr>
      <w:r>
        <w:rPr>
          <w:b w:val="0"/>
          <w:i w:val="0"/>
        </w:rPr>
        <w:t>Selamat pagi Pak/Bu [Nama Atasan]. Mohon maaf mengganggu waktunya. Saya ingin minta waktu Bapak/Ibu sekitar 15 menit hari ini atau besok untuk membicarakan rencana pengunduran diri saya. Surat resminya akan saya serahkan saat kita bertemu. Terima kasih, Pak/Bu.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[Nama Lengkap]</w:t>
      </w:r>
    </w:p>
    <w:p>
      <w:r>
        <w:br w:type="page"/>
      </w:r>
    </w:p>
    <w:p>
      <w:pPr>
        <w:pStyle w:val="Heading2"/>
      </w:pPr>
      <w:r>
        <w:t>12. Contoh surat resign bahasa Inggris (resignation letter)</w:t>
      </w:r>
    </w:p>
    <w:p>
      <w:pPr>
        <w:spacing w:after="240"/>
      </w:pPr>
      <w:r>
        <w:rPr>
          <w:b w:val="0"/>
          <w:i/>
          <w:color w:val="555F6E"/>
          <w:sz w:val="20"/>
        </w:rPr>
        <w:t>Untuk perusahaan multinasional atau atasan yang tidak berbahasa Indonesia.</w:t>
      </w:r>
    </w:p>
    <w:p>
      <w:pPr>
        <w:spacing w:after="0"/>
      </w:pPr>
      <w:r>
        <w:rPr>
          <w:b w:val="0"/>
          <w:i w:val="0"/>
        </w:rPr>
        <w:t>[City], 2 November 2026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[Manager Name]</w:t>
      </w:r>
    </w:p>
    <w:p>
      <w:pPr>
        <w:spacing w:after="0"/>
      </w:pPr>
      <w:r>
        <w:rPr>
          <w:b w:val="0"/>
          <w:i w:val="0"/>
        </w:rPr>
        <w:t>[Job Title]</w:t>
      </w:r>
    </w:p>
    <w:p>
      <w:pPr>
        <w:spacing w:after="0"/>
      </w:pPr>
      <w:r>
        <w:rPr>
          <w:b w:val="0"/>
          <w:i w:val="0"/>
        </w:rPr>
        <w:t>[Company Name]</w:t>
      </w:r>
    </w:p>
    <w:p>
      <w:pPr>
        <w:spacing w:after="0"/>
      </w:pPr>
      <w:r>
        <w:rPr>
          <w:b w:val="0"/>
          <w:i w:val="0"/>
        </w:rPr>
        <w:t>[Company Address]</w:t>
      </w:r>
    </w:p>
    <w:p>
      <w:pPr>
        <w:spacing w:after="0"/>
      </w:pPr>
    </w:p>
    <w:p>
      <w:pPr>
        <w:spacing w:after="0"/>
      </w:pPr>
      <w:r>
        <w:rPr>
          <w:b/>
          <w:i w:val="0"/>
        </w:rPr>
        <w:t>Subject: Resignation Letter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Dear [Mr./Ms. Last Name],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Please accept this letter as formal notice of my resignation from my position as [Job Title] at [Company Name]. My last working day will be Tuesday, 1 December 2026, thirty days from the date of this letter.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I will continue to carry out my duties until my last day and will do my best to ensure a smooth handover, including documenting my ongoing work and supporting the person who will take over my responsibilities.</w:t>
      </w:r>
    </w:p>
    <w:p>
      <w:pPr>
        <w:spacing w:after="0"/>
      </w:pPr>
    </w:p>
    <w:p>
      <w:pPr>
        <w:spacing w:after="0"/>
        <w:jc w:val="both"/>
      </w:pPr>
      <w:r>
        <w:rPr>
          <w:b w:val="0"/>
          <w:i w:val="0"/>
        </w:rPr>
        <w:t>Thank you for the opportunities, guidance, and support you have given me during my time at [Company Name]. I wish you and the team continued success.</w:t>
      </w: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Sincerely,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b w:val="0"/>
          <w:i w:val="0"/>
        </w:rPr>
        <w:t>[Signature]</w:t>
      </w:r>
    </w:p>
    <w:p>
      <w:pPr>
        <w:spacing w:after="0"/>
      </w:pPr>
      <w:r>
        <w:rPr>
          <w:b w:val="0"/>
          <w:i w:val="0"/>
        </w:rPr>
        <w:t>[Full Name]</w:t>
      </w:r>
    </w:p>
    <w:p>
      <w:pPr>
        <w:spacing w:after="0"/>
      </w:pPr>
      <w:r>
        <w:rPr>
          <w:b w:val="0"/>
          <w:i w:val="0"/>
        </w:rPr>
        <w:t>[Job Title / Department], Employee ID [Number]</w:t>
      </w:r>
    </w:p>
    <w:sectPr w:rsidR="00FC693F" w:rsidRPr="0006063C" w:rsidSect="00034616">
      <w:footerReference w:type="default" r:id="rId9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E"/>
        <w:sz w:val="18"/>
      </w:rPr>
      <w:t xml:space="preserve">Template dari blog.payrollbozz.com  |  Halaman </w:t>
    </w: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555F6E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D63C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D63C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Contoh Surat Resign - Template PayrollBozz</dc:title>
  <dc:subject>Template surat pengunduran diri kerja</dc:subject>
  <dc:creator>PayrollBozz</dc:creator>
  <cp:keywords/>
  <dc:description>https://blog.payrollbozz.com/</dc:description>
  <cp:lastModifiedBy>PayrollBozz</cp:lastModifiedBy>
  <cp:revision>1</cp:revision>
  <dcterms:created xsi:type="dcterms:W3CDTF">2026-10-23T12:00:00Z</dcterms:created>
  <dcterms:modified xsi:type="dcterms:W3CDTF">2026-10-23T12:00:00Z</dcterms:modified>
  <cp:category/>
</cp:coreProperties>
</file>